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החצב וסדר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זו אמונה עממית לעומת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מתנהגים כשרואים חצב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החצב פורח בסוף הקיץ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שם הוא שומר מים ומזון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(מופיע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(סיפור שעובר מדור לדור)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הקיץ מופיע עמוד הפריחה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הפרחים נפתחים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הפריחה מופיעים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העלים אוספים אנרגיה מהשמש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שמירה על הצמח, אפשרות לאחרים ליהנות ממנו, החצב לא יגדל שוב אם קוטפים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שהחצב פורח בסוף הקיץ ומבשר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הפריחה מופיע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מתבוננים, מצלמים ומשאירים את הפרח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חצב לכיתה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אמונה עממית לעובדה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החצב הוא צמח מיוחד שפורח בסוף הקיץ ומבשר שהסתיו מתקרב. בדף הזה נתרגל עובדות עליו ונחשוב איך שומרים עליו בטבע.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מבשר  ·  בצל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קוראים לחצב מבשר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החצב שומר מים ומזון?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בבצל שמתחת לאדמה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החצב פורח באביב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הבצל של החצב נמצא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החצב נקרא __________ הסתיו כי הוא מודיע שהעונה מתקרבת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החצב שומר מים ומזון ב__________ שנמצא מתחת לאדמה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סיפור שעובר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פורח בסוף הקיץ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מופיע לפני העלים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הפרחים נפתחים מלמטה למעלה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העלים אוספים אנרגיה מהשמש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בסוף הקיץ מופיע עמוד הפריחה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הפריחה מופיעים העלים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משפטים: למה חשוב לא לקטוף חצבים בטבע?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קוראים לחצב מבשר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מופיע קודם אצל החצב - העלים או עמוד הפריחה?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 - מבשר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