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 - מבשר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עובדות על החצב וסדר הפריחה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זו אמונה עממית לעומת עובדה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איך מתנהגים כשרואים חצב בטבע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כי הוא פורח בסוף הקיץ ומודיע שהסתיו מגיע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בבצל שמתחת לאדמה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עמוד הפריחה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משהו שאנשים מספרים מדור לדור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מתבוננים ומצלמים ומשאירים בשדה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החצב פורח בסוף הקיץ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שם הוא שומר מים ומזון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עמוד הפריחה מופיע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הם נפתחים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 סיפור שעובר מדור לדור, לא בהכרח עובדה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שומרים על הטבע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מבשר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עמוד פריחה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אמונה עממית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העמודות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(פורח בסוף הקיץ)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(שומר מים ומזון מתחת לאדמה)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(מופיע לפני העלים)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(סיפור שעובר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(מתבוננים ומצלמים בלי לקטוף)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החיים של החצב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בסוף הקיץ מופיע עמוד הפריחה מהאדמה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הפרחים נפתחים מלמטה למעלה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אחרי הפריחה מופיעים העלים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העלים אוספים אנרגיה מהשמש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הבצל שומר מים ומזון לקראת השנה הבאה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תכלול: שמירה על הצמח, אפשרות לאחרים ליהנות ממנו, החצב לא יגדל שוב אם קוטפים אותו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לכלול שהחצב פורח בסוף הקיץ ומבשר את הסתיו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עמוד הפריחה מופיע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מתבוננים, מצלמים ומשאירים את הפרח בשדה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של חצב לכיתה כדי לחזק את ההבנה החזותית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בכיתה בהבדל בין אמונה עממית לעובדה מדעית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 שמתקשה אפשר לדלג על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🍂 סודות הפריחה: מגלים, משחקים ויוצרים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חצב - מבשר הסתיו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החצב הוא פרח. הוא פורח בסוף הקיץ. הוא אומר לנו שהסתיו בא. נלמד עליו ונתרגל.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פרח שפורח בסוף הקיץ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מבשר הסתיו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שמודיע שהעונה הבאה מתקרבת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בצל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מתחת לאדמה ששומר מים ומזון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עמוד פריחה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החלק הגבוה שעליו יש פרחים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אמונה עממית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שעובר מדור לדור ולא תמיד נבדק מדעית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לשמר טבע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לשמור על הצמחים והבעלי חיים במקום שלהם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החצב נקרא כך?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הוא פורח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הוא פורח בסוף הקיץ ומודיע שהסתיו מגיע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יש לו עלים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הוא גדל רק בגינות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החצב שומר אוכל ומים?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בבצל שמתחת לאדמה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בזרעים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צומח 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עמוד הפריחה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הבצל החדש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נפתחים הפרחים?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מלמעלה למטה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מלמטה למעלה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באמצע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המילים אמונה עממית אומרות?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עובדה מדעית שנבדקה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משהו שאנשים מספרים מדור לדור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חוק של המדינה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פרח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נכון לעשות כשרואים חצב?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קוטפים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מתבוננים ומצלמים ומשאירים בשדה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עוקרים את הבצל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החצב פורח באביב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של החצב נמצא מתחת לאדמה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מופיעים לפני עמוד הפריחה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נפתחים מלמעלה למטה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אמונה עממית היא תמיד עובדה מדעית מוכחת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כשרואים חצב בטיול אפשר לצלם אותו ולהשאיר אותו במקום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החצב נקרא __________ הסתיו כי הוא מודיע שהעונה מתקרבת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החצב שומר מים ומזון ב__________ שנמצא מתחת לאדמה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אצל החצב קודם מופיע __________ ואחר כך העלים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סיפור שעובר מדור לדור ואינו תמיד עובדה מדעית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העמודות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חצב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שומר מים ומזון מתחת לאדמה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בצל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מופיע לפני העלים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עמוד פריחה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פורח בסוף הקיץ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אמונה עממית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מתבוננים ומצלמים בלי לקטוף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טיול בטבע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סיפור שעובר מדור לדור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החיים של החצב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העלים אוספים אנרגיה מהשמש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הפריחה מופיעים העלים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הקיץ מופיע עמוד הפריחה מהאדמה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הבצל שומר מים ומזון לקראת השנה הבאה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הפרחים נפתחים מלמטה למעלה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משפטים: למה חשוב לא לקטוף חצבים בטבע?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קוראים לחצב מבשר הסתיו?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מופיע קודם אצל החצב - העלים או עמוד הפריחה?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כשרואים חצב בטיול?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חצב - מבשר הסתיו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