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חצב - מבשר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החצב וסדר הפריחה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זו אמונה עממית לעומת 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מתנהגים כשרואים חצב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הוא פורח בסוף הקיץ ומודיע שהסתיו מגיע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בבצל שמתחת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עמוד הפריחה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מלמטה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משהו שאנשים מספרים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מתבוננים ומצלמים ומשאירים בשדה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החצב פורח בסוף הקיץ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שם הוא שומר מים ומזון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עמוד הפריחה מופיע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נפתחים מלמטה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סיפור שעובר מדור לדור, לא בהכרח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שומרים על הטבע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עמוד 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אמונה עממית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(פורח בסוף הקיץ)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(שומר מים ומזון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(מופיע לפני העלים)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(סיפור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(מתבוננים ומצלמים בלי לקטוף)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החיים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בסוף הקיץ מופיע עמוד הפריחה מהאדמה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הפרחים נפתחים מלמטה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 הפריחה מופיעים העלים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העלים אוספים אנרגיה מהשמש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הבצל שומר מים ומזון לקראת השנה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שמירה על הצמח, אפשרות לאחרים ליהנות ממנו, החצב לא יגדל שוב אם קוטפים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שהחצב פורח בסוף הקיץ ומבשר את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עמוד הפריחה מופיע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מתבוננים, מצלמים ומשאירים את הפרח בשדה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של חצב לכיתה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בהבדל בין אמונה עממית לעובדה מדעית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שמתקשה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חצב - מבשר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החצב הוא צמח מיוחד שפורח בסוף הקיץ ומבשר שהסתיו מתקרב. בדף הזה נתרגל עובדות עליו ונחשוב איך שומרים עליו בטבע.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לחצב מבשר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פורח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פורח בסוף הקיץ ומודיע שהסתיו מגיע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לו עלים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גדל רק בגינות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החצב שומר מים ומזון?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בבצל שמתחת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מופיע קודם אצל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עמוד הפריחה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הבצל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כיוון נפתחים הפרחים על העמוד?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מלמטה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זו אמונה עממית?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מדעית שנבדקה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שאנשים מספרים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של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כשרואים חצב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קוטפים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מתבוננים ומצלמים ומשאירים בשדה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עוקרים את הבצל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באביב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של החצב נמצא מתחת לאדמה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מופיעים לפני עמוד הפריחה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הפרחים נפתחים מלמעלה למטה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עממית היא תמיד עובדה מדעית מוכחת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כשרואים חצב בטיול אפשר לצלם אותו ולהשאיר אותו במקום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החצב נקרא __________ הסתיו כי הוא מודיע שהעונה מתקרבת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החצב שומר מים ומזון ב__________ שנמצא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אצל החצב קודם מופיע __________ ואחר כך העלים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סיפור שעובר מדור לדור ואינו תמיד עובדה מדעית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מתבוננים ומצלמים בלי לקטוף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עמוד פריחה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פורח בסוף הקיץ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אמונה עממית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 מים ומזון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טיול בטבע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מופיע לפני העלים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אוספים אנרגיה מהשמש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שומר מים ומזון לקראת השנה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הקיץ מופיע עמוד הפריחה מהאדמה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הפרחים נפתחים מלמטה למעלה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הפריחה מופיעים העלים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למה חשוב לא לקטוף חצבים בטבע?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קוראים לחצב מבשר הסתיו?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מופיע קודם אצל החצב - העלים או עמוד הפריחה?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חצב בטיול?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חצב - מבשר הסתיו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